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66DA" w14:textId="3377D0DA" w:rsidR="00CB7E42" w:rsidRDefault="0026729D">
      <w:pPr>
        <w:spacing w:after="240"/>
        <w:jc w:val="center"/>
        <w:rPr>
          <w:lang w:eastAsia="ja-JP"/>
        </w:rPr>
      </w:pPr>
      <w:bookmarkStart w:id="0" w:name="_Hlk240390566"/>
      <w:r>
        <w:rPr>
          <w:rFonts w:hint="eastAsia"/>
          <w:b/>
          <w:sz w:val="28"/>
          <w:lang w:eastAsia="ja-JP"/>
        </w:rPr>
        <w:t>九十九里町地域活性化起業人（</w:t>
      </w:r>
      <w:r w:rsidR="00DE0D2E">
        <w:rPr>
          <w:b/>
          <w:sz w:val="28"/>
          <w:lang w:eastAsia="ja-JP"/>
        </w:rPr>
        <w:t>副業型・シニア型</w:t>
      </w:r>
      <w:r>
        <w:rPr>
          <w:rFonts w:hint="eastAsia"/>
          <w:b/>
          <w:sz w:val="28"/>
          <w:lang w:eastAsia="ja-JP"/>
        </w:rPr>
        <w:t>）</w:t>
      </w:r>
      <w:r w:rsidR="00304F29">
        <w:rPr>
          <w:rFonts w:hint="eastAsia"/>
          <w:b/>
          <w:sz w:val="28"/>
          <w:lang w:eastAsia="ja-JP"/>
        </w:rPr>
        <w:t>受入</w:t>
      </w:r>
      <w:r w:rsidR="00022CB4">
        <w:rPr>
          <w:rFonts w:hint="eastAsia"/>
          <w:b/>
          <w:sz w:val="28"/>
          <w:lang w:eastAsia="ja-JP"/>
        </w:rPr>
        <w:t>申込</w:t>
      </w:r>
      <w:r w:rsidR="00DE0D2E">
        <w:rPr>
          <w:b/>
          <w:sz w:val="28"/>
          <w:lang w:eastAsia="ja-JP"/>
        </w:rPr>
        <w:t>書</w:t>
      </w:r>
      <w:bookmarkEnd w:id="0"/>
    </w:p>
    <w:p w14:paraId="74747A9B" w14:textId="77777777" w:rsidR="00CB7E42" w:rsidRDefault="00DE0D2E">
      <w:pPr>
        <w:spacing w:after="80"/>
        <w:jc w:val="right"/>
      </w:pPr>
      <w:proofErr w:type="spellStart"/>
      <w:r>
        <w:t>令和</w:t>
      </w:r>
      <w:proofErr w:type="spellEnd"/>
      <w:r>
        <w:t xml:space="preserve">　　年　　月　　日</w:t>
      </w:r>
    </w:p>
    <w:p w14:paraId="33907C1A" w14:textId="1E8D2C9D" w:rsidR="00CB7E42" w:rsidRDefault="0026729D" w:rsidP="0026729D">
      <w:pPr>
        <w:ind w:firstLineChars="100" w:firstLine="220"/>
        <w:rPr>
          <w:lang w:eastAsia="ja-JP"/>
        </w:rPr>
      </w:pPr>
      <w:r>
        <w:rPr>
          <w:rFonts w:hint="eastAsia"/>
          <w:sz w:val="22"/>
          <w:lang w:eastAsia="ja-JP"/>
        </w:rPr>
        <w:t>九十九里町長</w:t>
      </w:r>
      <w:r w:rsidR="00DE0D2E">
        <w:rPr>
          <w:sz w:val="22"/>
          <w:lang w:eastAsia="ja-JP"/>
        </w:rPr>
        <w:t xml:space="preserve">　あて</w:t>
      </w:r>
    </w:p>
    <w:p w14:paraId="48F5CB95" w14:textId="38008227" w:rsidR="00CB7E42" w:rsidRDefault="00DE0D2E" w:rsidP="0026729D">
      <w:pPr>
        <w:spacing w:after="40"/>
        <w:ind w:right="840" w:firstLineChars="2600" w:firstLine="5460"/>
        <w:rPr>
          <w:lang w:eastAsia="ja-JP"/>
        </w:rPr>
      </w:pPr>
      <w:r>
        <w:rPr>
          <w:lang w:eastAsia="ja-JP"/>
        </w:rPr>
        <w:t>申請者</w:t>
      </w:r>
      <w:r w:rsidR="0026729D">
        <w:rPr>
          <w:rFonts w:hint="eastAsia"/>
          <w:lang w:eastAsia="ja-JP"/>
        </w:rPr>
        <w:t xml:space="preserve">　氏　　名：</w:t>
      </w:r>
    </w:p>
    <w:p w14:paraId="1CE6D742" w14:textId="77777777" w:rsidR="0026729D" w:rsidRDefault="0026729D" w:rsidP="0026729D">
      <w:pPr>
        <w:spacing w:after="40"/>
        <w:ind w:right="-319" w:firstLineChars="3000" w:firstLine="6300"/>
      </w:pPr>
      <w:r>
        <w:t>住</w:t>
      </w:r>
      <w:r>
        <w:rPr>
          <w:rFonts w:hint="eastAsia"/>
          <w:lang w:eastAsia="ja-JP"/>
        </w:rPr>
        <w:t xml:space="preserve">　　</w:t>
      </w:r>
      <w:r>
        <w:t>所</w:t>
      </w:r>
      <w:r>
        <w:rPr>
          <w:rFonts w:hint="eastAsia"/>
          <w:lang w:eastAsia="ja-JP"/>
        </w:rPr>
        <w:t>：</w:t>
      </w:r>
      <w:r>
        <w:t xml:space="preserve">　　　　　　　　　　　　　　　　　　　　</w:t>
      </w:r>
    </w:p>
    <w:p w14:paraId="0A3F85B0" w14:textId="0BB1A088" w:rsidR="0026729D" w:rsidRDefault="006200E5" w:rsidP="006200E5">
      <w:pPr>
        <w:spacing w:after="40"/>
        <w:ind w:right="-226"/>
        <w:jc w:val="right"/>
      </w:pPr>
      <w:r>
        <w:rPr>
          <w:rFonts w:hint="eastAsia"/>
          <w:lang w:eastAsia="ja-JP"/>
        </w:rPr>
        <w:t xml:space="preserve">　　</w:t>
      </w:r>
      <w:proofErr w:type="spellStart"/>
      <w:r w:rsidR="0026729D">
        <w:t>生年月日</w:t>
      </w:r>
      <w:proofErr w:type="spellEnd"/>
      <w:r w:rsidR="0026729D">
        <w:rPr>
          <w:rFonts w:hint="eastAsia"/>
          <w:lang w:eastAsia="ja-JP"/>
        </w:rPr>
        <w:t>：</w:t>
      </w:r>
      <w:r w:rsidR="0026729D">
        <w:t xml:space="preserve">　</w:t>
      </w:r>
      <w:r w:rsidR="0026729D">
        <w:rPr>
          <w:rFonts w:hint="eastAsia"/>
          <w:lang w:eastAsia="ja-JP"/>
        </w:rPr>
        <w:t xml:space="preserve">　　</w:t>
      </w:r>
      <w:r w:rsidR="0026729D">
        <w:t xml:space="preserve">　年　　月　　日</w:t>
      </w:r>
    </w:p>
    <w:p w14:paraId="49C090F0" w14:textId="77777777" w:rsidR="0026729D" w:rsidRDefault="00DE0D2E" w:rsidP="0026729D">
      <w:pPr>
        <w:spacing w:after="40"/>
        <w:ind w:right="1365" w:firstLineChars="3000" w:firstLine="6300"/>
        <w:rPr>
          <w:lang w:eastAsia="ja-JP"/>
        </w:rPr>
      </w:pPr>
      <w:r>
        <w:rPr>
          <w:lang w:eastAsia="ja-JP"/>
        </w:rPr>
        <w:t>電</w:t>
      </w:r>
      <w:r w:rsidR="0026729D">
        <w:rPr>
          <w:rFonts w:hint="eastAsia"/>
          <w:lang w:eastAsia="ja-JP"/>
        </w:rPr>
        <w:t xml:space="preserve">　　話：</w:t>
      </w:r>
    </w:p>
    <w:p w14:paraId="4069CF36" w14:textId="7E7F6C31" w:rsidR="00CB7E42" w:rsidRDefault="0026729D" w:rsidP="0026729D">
      <w:pPr>
        <w:spacing w:after="40"/>
        <w:ind w:right="1365" w:firstLineChars="1800" w:firstLine="6300"/>
        <w:rPr>
          <w:lang w:eastAsia="ja-JP"/>
        </w:rPr>
      </w:pPr>
      <w:r w:rsidRPr="0026729D">
        <w:rPr>
          <w:spacing w:val="140"/>
          <w:fitText w:val="840" w:id="-377708287"/>
          <w:lang w:eastAsia="ja-JP"/>
        </w:rPr>
        <w:t>M</w:t>
      </w:r>
      <w:r w:rsidRPr="0026729D">
        <w:rPr>
          <w:rFonts w:hint="eastAsia"/>
          <w:spacing w:val="140"/>
          <w:fitText w:val="840" w:id="-377708287"/>
          <w:lang w:eastAsia="ja-JP"/>
        </w:rPr>
        <w:t>ai</w:t>
      </w:r>
      <w:r w:rsidRPr="0026729D">
        <w:rPr>
          <w:rFonts w:hint="eastAsia"/>
          <w:fitText w:val="840" w:id="-377708287"/>
          <w:lang w:eastAsia="ja-JP"/>
        </w:rPr>
        <w:t>l</w:t>
      </w:r>
      <w:r>
        <w:rPr>
          <w:rFonts w:hint="eastAsia"/>
          <w:lang w:eastAsia="ja-JP"/>
        </w:rPr>
        <w:t>：</w:t>
      </w:r>
      <w:r w:rsidR="00DE0D2E">
        <w:rPr>
          <w:lang w:eastAsia="ja-JP"/>
        </w:rPr>
        <w:t xml:space="preserve">　　　　　　　</w:t>
      </w:r>
    </w:p>
    <w:p w14:paraId="6EB90293" w14:textId="77777777" w:rsidR="0026729D" w:rsidRDefault="0026729D" w:rsidP="0026729D">
      <w:pPr>
        <w:spacing w:after="40"/>
        <w:ind w:right="1365" w:firstLineChars="1800" w:firstLine="3780"/>
        <w:rPr>
          <w:lang w:eastAsia="ja-JP"/>
        </w:rPr>
      </w:pPr>
    </w:p>
    <w:tbl>
      <w:tblPr>
        <w:tblStyle w:val="afe"/>
        <w:tblW w:w="10183" w:type="dxa"/>
        <w:jc w:val="center"/>
        <w:tblLook w:val="04A0" w:firstRow="1" w:lastRow="0" w:firstColumn="1" w:lastColumn="0" w:noHBand="0" w:noVBand="1"/>
      </w:tblPr>
      <w:tblGrid>
        <w:gridCol w:w="2832"/>
        <w:gridCol w:w="7351"/>
      </w:tblGrid>
      <w:tr w:rsidR="00CB7E42" w14:paraId="18F9CC87" w14:textId="77777777" w:rsidTr="00304F29">
        <w:trPr>
          <w:trHeight w:val="457"/>
          <w:jc w:val="center"/>
        </w:trPr>
        <w:tc>
          <w:tcPr>
            <w:tcW w:w="2832" w:type="dxa"/>
            <w:vAlign w:val="center"/>
          </w:tcPr>
          <w:p w14:paraId="363F32FE" w14:textId="77777777" w:rsidR="00CB7E42" w:rsidRDefault="00DE0D2E" w:rsidP="0026729D">
            <w:pPr>
              <w:spacing w:after="20"/>
              <w:jc w:val="both"/>
            </w:pPr>
            <w:proofErr w:type="spellStart"/>
            <w:r>
              <w:rPr>
                <w:b/>
              </w:rPr>
              <w:t>類型の別</w:t>
            </w:r>
            <w:proofErr w:type="spellEnd"/>
          </w:p>
        </w:tc>
        <w:tc>
          <w:tcPr>
            <w:tcW w:w="7351" w:type="dxa"/>
            <w:vAlign w:val="center"/>
          </w:tcPr>
          <w:p w14:paraId="31941516" w14:textId="77777777" w:rsidR="00CB7E42" w:rsidRDefault="00DE0D2E" w:rsidP="00304F29">
            <w:pPr>
              <w:spacing w:after="20"/>
              <w:jc w:val="both"/>
              <w:rPr>
                <w:lang w:eastAsia="ja-JP"/>
              </w:rPr>
            </w:pPr>
            <w:r>
              <w:rPr>
                <w:lang w:eastAsia="ja-JP"/>
              </w:rPr>
              <w:t>□副業型地域活性化起業人　　□シニア型地域活性化起業人</w:t>
            </w:r>
          </w:p>
        </w:tc>
      </w:tr>
      <w:tr w:rsidR="00CB7E42" w14:paraId="4E9B552C" w14:textId="77777777" w:rsidTr="00304F29">
        <w:trPr>
          <w:trHeight w:val="1283"/>
          <w:jc w:val="center"/>
        </w:trPr>
        <w:tc>
          <w:tcPr>
            <w:tcW w:w="2832" w:type="dxa"/>
            <w:vAlign w:val="center"/>
          </w:tcPr>
          <w:p w14:paraId="42282139" w14:textId="6E656D19" w:rsidR="00CB7E42" w:rsidRDefault="0026729D" w:rsidP="0026729D">
            <w:pPr>
              <w:spacing w:after="20"/>
              <w:jc w:val="both"/>
              <w:rPr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現在の勤務先</w:t>
            </w:r>
            <w:r w:rsidR="00DE0D2E">
              <w:rPr>
                <w:b/>
                <w:lang w:eastAsia="ja-JP"/>
              </w:rPr>
              <w:t>（副業型）</w:t>
            </w:r>
          </w:p>
        </w:tc>
        <w:tc>
          <w:tcPr>
            <w:tcW w:w="7351" w:type="dxa"/>
            <w:vAlign w:val="center"/>
          </w:tcPr>
          <w:p w14:paraId="188F5ACE" w14:textId="4F8C7C5C" w:rsidR="00CB7E42" w:rsidRPr="00304F29" w:rsidRDefault="00DE0D2E" w:rsidP="00304F29">
            <w:pPr>
              <w:spacing w:after="20"/>
              <w:jc w:val="both"/>
              <w:rPr>
                <w:spacing w:val="2"/>
                <w:lang w:eastAsia="ja-JP"/>
              </w:rPr>
            </w:pPr>
            <w:r w:rsidRPr="00304F29">
              <w:rPr>
                <w:spacing w:val="315"/>
                <w:fitText w:val="1260" w:id="-377707259"/>
                <w:lang w:eastAsia="ja-JP"/>
              </w:rPr>
              <w:t>勤務</w:t>
            </w:r>
            <w:r w:rsidRPr="00304F29">
              <w:rPr>
                <w:fitText w:val="1260" w:id="-377707259"/>
                <w:lang w:eastAsia="ja-JP"/>
              </w:rPr>
              <w:t>先</w:t>
            </w:r>
            <w:r w:rsidR="00304F29">
              <w:rPr>
                <w:rFonts w:hint="eastAsia"/>
                <w:lang w:eastAsia="ja-JP"/>
              </w:rPr>
              <w:t>：</w:t>
            </w:r>
            <w:r>
              <w:rPr>
                <w:lang w:eastAsia="ja-JP"/>
              </w:rPr>
              <w:br/>
            </w:r>
            <w:r w:rsidRPr="00304F29">
              <w:rPr>
                <w:spacing w:val="52"/>
                <w:fitText w:val="1260" w:id="-377707260"/>
                <w:lang w:eastAsia="ja-JP"/>
              </w:rPr>
              <w:t>役職・所</w:t>
            </w:r>
            <w:r w:rsidRPr="00304F29">
              <w:rPr>
                <w:spacing w:val="2"/>
                <w:fitText w:val="1260" w:id="-377707260"/>
                <w:lang w:eastAsia="ja-JP"/>
              </w:rPr>
              <w:t>属</w:t>
            </w:r>
            <w:r w:rsidR="00304F29">
              <w:rPr>
                <w:rFonts w:hint="eastAsia"/>
                <w:lang w:eastAsia="ja-JP"/>
              </w:rPr>
              <w:t>：</w:t>
            </w:r>
            <w:r>
              <w:rPr>
                <w:lang w:eastAsia="ja-JP"/>
              </w:rPr>
              <w:br/>
              <w:t>勤務先所在地</w:t>
            </w:r>
            <w:r w:rsidR="00304F29">
              <w:rPr>
                <w:rFonts w:hint="eastAsia"/>
                <w:lang w:eastAsia="ja-JP"/>
              </w:rPr>
              <w:t>：</w:t>
            </w:r>
            <w:r>
              <w:rPr>
                <w:lang w:eastAsia="ja-JP"/>
              </w:rPr>
              <w:br/>
            </w:r>
            <w:r w:rsidRPr="00304F29">
              <w:rPr>
                <w:spacing w:val="52"/>
                <w:fitText w:val="1260" w:id="-377707261"/>
                <w:lang w:eastAsia="ja-JP"/>
              </w:rPr>
              <w:t>勤務先電</w:t>
            </w:r>
            <w:r w:rsidRPr="00304F29">
              <w:rPr>
                <w:spacing w:val="2"/>
                <w:fitText w:val="1260" w:id="-377707261"/>
                <w:lang w:eastAsia="ja-JP"/>
              </w:rPr>
              <w:t>話</w:t>
            </w:r>
            <w:r w:rsidR="00304F29">
              <w:rPr>
                <w:rFonts w:hint="eastAsia"/>
                <w:lang w:eastAsia="ja-JP"/>
              </w:rPr>
              <w:t>：</w:t>
            </w:r>
          </w:p>
        </w:tc>
      </w:tr>
      <w:tr w:rsidR="00CB7E42" w14:paraId="20968ECA" w14:textId="77777777" w:rsidTr="00304F29">
        <w:trPr>
          <w:trHeight w:val="1106"/>
          <w:jc w:val="center"/>
        </w:trPr>
        <w:tc>
          <w:tcPr>
            <w:tcW w:w="2832" w:type="dxa"/>
            <w:vAlign w:val="center"/>
          </w:tcPr>
          <w:p w14:paraId="381F45A3" w14:textId="47863A95" w:rsidR="00CB7E42" w:rsidRDefault="00DE0D2E" w:rsidP="0026729D">
            <w:pPr>
              <w:spacing w:after="20"/>
              <w:jc w:val="both"/>
              <w:rPr>
                <w:lang w:eastAsia="ja-JP"/>
              </w:rPr>
            </w:pPr>
            <w:r>
              <w:rPr>
                <w:b/>
                <w:lang w:eastAsia="ja-JP"/>
              </w:rPr>
              <w:t>退職した年月日及び退職前の勤務先（シニア型）</w:t>
            </w:r>
          </w:p>
        </w:tc>
        <w:tc>
          <w:tcPr>
            <w:tcW w:w="7351" w:type="dxa"/>
            <w:vAlign w:val="center"/>
          </w:tcPr>
          <w:p w14:paraId="0134220F" w14:textId="77777777" w:rsidR="00CB7E42" w:rsidRDefault="00DE0D2E" w:rsidP="00304F29">
            <w:pPr>
              <w:spacing w:after="20"/>
              <w:jc w:val="both"/>
              <w:rPr>
                <w:lang w:eastAsia="ja-JP"/>
              </w:rPr>
            </w:pPr>
            <w:r w:rsidRPr="00304F29">
              <w:rPr>
                <w:spacing w:val="52"/>
                <w:fitText w:val="1260" w:id="-377707008"/>
                <w:lang w:eastAsia="ja-JP"/>
              </w:rPr>
              <w:t>退職年月</w:t>
            </w:r>
            <w:r w:rsidRPr="00304F29">
              <w:rPr>
                <w:spacing w:val="2"/>
                <w:fitText w:val="1260" w:id="-377707008"/>
                <w:lang w:eastAsia="ja-JP"/>
              </w:rPr>
              <w:t>日</w:t>
            </w:r>
            <w:r w:rsidR="00304F29">
              <w:rPr>
                <w:rFonts w:hint="eastAsia"/>
                <w:lang w:eastAsia="ja-JP"/>
              </w:rPr>
              <w:t>：</w:t>
            </w:r>
            <w:r>
              <w:rPr>
                <w:lang w:eastAsia="ja-JP"/>
              </w:rPr>
              <w:t>年　　月　　日</w:t>
            </w:r>
            <w:r>
              <w:rPr>
                <w:lang w:eastAsia="ja-JP"/>
              </w:rPr>
              <w:br/>
              <w:t>勤務先・役職</w:t>
            </w:r>
            <w:r w:rsidR="00304F29">
              <w:rPr>
                <w:rFonts w:hint="eastAsia"/>
                <w:lang w:eastAsia="ja-JP"/>
              </w:rPr>
              <w:t>：</w:t>
            </w:r>
          </w:p>
          <w:p w14:paraId="22BF5116" w14:textId="480B5385" w:rsidR="00304F29" w:rsidRDefault="00304F29" w:rsidP="00304F29">
            <w:pPr>
              <w:spacing w:after="20"/>
              <w:jc w:val="both"/>
              <w:rPr>
                <w:lang w:eastAsia="ja-JP"/>
              </w:rPr>
            </w:pPr>
            <w:r>
              <w:rPr>
                <w:lang w:eastAsia="ja-JP"/>
              </w:rPr>
              <w:t>※受入開始日が退職日からおおむね5年以内であることを確認</w:t>
            </w:r>
          </w:p>
        </w:tc>
      </w:tr>
      <w:tr w:rsidR="00CB7E42" w14:paraId="6B4A96CF" w14:textId="77777777" w:rsidTr="00304F29">
        <w:trPr>
          <w:trHeight w:val="1577"/>
          <w:jc w:val="center"/>
        </w:trPr>
        <w:tc>
          <w:tcPr>
            <w:tcW w:w="2832" w:type="dxa"/>
            <w:vAlign w:val="center"/>
          </w:tcPr>
          <w:p w14:paraId="4AF08E09" w14:textId="77777777" w:rsidR="00CB7E42" w:rsidRDefault="00DE0D2E" w:rsidP="0026729D">
            <w:pPr>
              <w:spacing w:after="20"/>
              <w:jc w:val="both"/>
            </w:pPr>
            <w:proofErr w:type="spellStart"/>
            <w:r>
              <w:rPr>
                <w:b/>
              </w:rPr>
              <w:t>職務経歴・資格</w:t>
            </w:r>
            <w:proofErr w:type="spellEnd"/>
          </w:p>
        </w:tc>
        <w:tc>
          <w:tcPr>
            <w:tcW w:w="7351" w:type="dxa"/>
            <w:vAlign w:val="center"/>
          </w:tcPr>
          <w:p w14:paraId="0985C105" w14:textId="661CA5CC" w:rsidR="00CB7E42" w:rsidRDefault="00CB7E42" w:rsidP="00304F29">
            <w:pPr>
              <w:spacing w:after="20"/>
              <w:jc w:val="both"/>
            </w:pPr>
          </w:p>
        </w:tc>
      </w:tr>
      <w:tr w:rsidR="00CB7E42" w14:paraId="706E7B94" w14:textId="77777777" w:rsidTr="00F8499C">
        <w:trPr>
          <w:trHeight w:val="757"/>
          <w:jc w:val="center"/>
        </w:trPr>
        <w:tc>
          <w:tcPr>
            <w:tcW w:w="2832" w:type="dxa"/>
            <w:vAlign w:val="center"/>
          </w:tcPr>
          <w:p w14:paraId="1CCF2FC7" w14:textId="77777777" w:rsidR="00CB7E42" w:rsidRDefault="00DE0D2E" w:rsidP="0026729D">
            <w:pPr>
              <w:spacing w:after="20"/>
              <w:jc w:val="both"/>
            </w:pPr>
            <w:proofErr w:type="spellStart"/>
            <w:r>
              <w:rPr>
                <w:b/>
              </w:rPr>
              <w:t>受入希望期間</w:t>
            </w:r>
            <w:proofErr w:type="spellEnd"/>
          </w:p>
        </w:tc>
        <w:tc>
          <w:tcPr>
            <w:tcW w:w="7351" w:type="dxa"/>
            <w:vAlign w:val="center"/>
          </w:tcPr>
          <w:p w14:paraId="5368A428" w14:textId="73FB31F2" w:rsidR="00CB7E42" w:rsidRDefault="00DE0D2E" w:rsidP="00304F29">
            <w:pPr>
              <w:spacing w:after="20"/>
              <w:jc w:val="both"/>
              <w:rPr>
                <w:lang w:eastAsia="ja-JP"/>
              </w:rPr>
            </w:pPr>
            <w:r>
              <w:rPr>
                <w:lang w:eastAsia="ja-JP"/>
              </w:rPr>
              <w:t>令和　　年　　月　　日　から　令和　　年　　月　　日　まで</w:t>
            </w:r>
            <w:r>
              <w:rPr>
                <w:lang w:eastAsia="ja-JP"/>
              </w:rPr>
              <w:br/>
              <w:t>（　　年　　か月</w:t>
            </w:r>
            <w:r w:rsidR="00F8499C">
              <w:rPr>
                <w:rFonts w:hint="eastAsia"/>
                <w:lang w:eastAsia="ja-JP"/>
              </w:rPr>
              <w:t xml:space="preserve">　</w:t>
            </w:r>
            <w:r>
              <w:rPr>
                <w:lang w:eastAsia="ja-JP"/>
              </w:rPr>
              <w:t xml:space="preserve">　※6月以上</w:t>
            </w:r>
            <w:r w:rsidR="00F8499C">
              <w:rPr>
                <w:rFonts w:hint="eastAsia"/>
                <w:lang w:eastAsia="ja-JP"/>
              </w:rPr>
              <w:t>1</w:t>
            </w:r>
            <w:r>
              <w:rPr>
                <w:lang w:eastAsia="ja-JP"/>
              </w:rPr>
              <w:t>年以内）</w:t>
            </w:r>
          </w:p>
        </w:tc>
      </w:tr>
      <w:tr w:rsidR="00CB7E42" w14:paraId="30D30A7D" w14:textId="77777777" w:rsidTr="00304F29">
        <w:trPr>
          <w:trHeight w:val="1268"/>
          <w:jc w:val="center"/>
        </w:trPr>
        <w:tc>
          <w:tcPr>
            <w:tcW w:w="2832" w:type="dxa"/>
            <w:vAlign w:val="center"/>
          </w:tcPr>
          <w:p w14:paraId="5987CFEE" w14:textId="77777777" w:rsidR="00CB7E42" w:rsidRDefault="00DE0D2E" w:rsidP="0026729D">
            <w:pPr>
              <w:spacing w:after="20"/>
              <w:jc w:val="both"/>
            </w:pPr>
            <w:proofErr w:type="spellStart"/>
            <w:r>
              <w:rPr>
                <w:b/>
              </w:rPr>
              <w:t>従事予定業務</w:t>
            </w:r>
            <w:proofErr w:type="spellEnd"/>
          </w:p>
        </w:tc>
        <w:tc>
          <w:tcPr>
            <w:tcW w:w="7351" w:type="dxa"/>
            <w:vAlign w:val="center"/>
          </w:tcPr>
          <w:p w14:paraId="4A40BE58" w14:textId="03991ABF" w:rsidR="00304F29" w:rsidRDefault="00304F29" w:rsidP="00304F29">
            <w:pPr>
              <w:spacing w:after="20"/>
              <w:jc w:val="both"/>
              <w:rPr>
                <w:lang w:eastAsia="ja-JP"/>
              </w:rPr>
            </w:pPr>
          </w:p>
        </w:tc>
      </w:tr>
      <w:tr w:rsidR="00CB7E42" w14:paraId="00190440" w14:textId="77777777" w:rsidTr="00304F29">
        <w:trPr>
          <w:jc w:val="center"/>
        </w:trPr>
        <w:tc>
          <w:tcPr>
            <w:tcW w:w="2832" w:type="dxa"/>
            <w:vAlign w:val="center"/>
          </w:tcPr>
          <w:p w14:paraId="2B46330E" w14:textId="77777777" w:rsidR="00CB7E42" w:rsidRDefault="00DE0D2E" w:rsidP="0026729D">
            <w:pPr>
              <w:spacing w:after="20"/>
              <w:jc w:val="both"/>
            </w:pPr>
            <w:proofErr w:type="spellStart"/>
            <w:r>
              <w:rPr>
                <w:b/>
              </w:rPr>
              <w:t>勤務形態</w:t>
            </w:r>
            <w:proofErr w:type="spellEnd"/>
          </w:p>
        </w:tc>
        <w:tc>
          <w:tcPr>
            <w:tcW w:w="7351" w:type="dxa"/>
            <w:vAlign w:val="center"/>
          </w:tcPr>
          <w:p w14:paraId="3F216B2A" w14:textId="77777777" w:rsidR="00CB7E42" w:rsidRDefault="00DE0D2E" w:rsidP="00304F29">
            <w:pPr>
              <w:spacing w:after="20"/>
              <w:jc w:val="both"/>
              <w:rPr>
                <w:lang w:eastAsia="ja-JP"/>
              </w:rPr>
            </w:pPr>
            <w:r>
              <w:rPr>
                <w:lang w:eastAsia="ja-JP"/>
              </w:rPr>
              <w:t>月　　日以上かつ月　　時間以上（※月4日以上かつ月20時間以上必須）</w:t>
            </w:r>
            <w:r>
              <w:rPr>
                <w:lang w:eastAsia="ja-JP"/>
              </w:rPr>
              <w:br/>
              <w:t>町内滞在日数　月　　日以上（※月1日以上必須）</w:t>
            </w:r>
          </w:p>
        </w:tc>
      </w:tr>
      <w:tr w:rsidR="00CB7E42" w14:paraId="5D0323C5" w14:textId="77777777" w:rsidTr="00022CB4">
        <w:trPr>
          <w:trHeight w:val="1819"/>
          <w:jc w:val="center"/>
        </w:trPr>
        <w:tc>
          <w:tcPr>
            <w:tcW w:w="2832" w:type="dxa"/>
            <w:vAlign w:val="center"/>
          </w:tcPr>
          <w:p w14:paraId="3C538D4F" w14:textId="77777777" w:rsidR="00CB7E42" w:rsidRDefault="00DE0D2E" w:rsidP="0026729D">
            <w:pPr>
              <w:spacing w:after="20"/>
              <w:jc w:val="both"/>
            </w:pPr>
            <w:proofErr w:type="spellStart"/>
            <w:r>
              <w:rPr>
                <w:b/>
              </w:rPr>
              <w:t>その他特記事項</w:t>
            </w:r>
            <w:proofErr w:type="spellEnd"/>
          </w:p>
        </w:tc>
        <w:tc>
          <w:tcPr>
            <w:tcW w:w="7351" w:type="dxa"/>
            <w:vAlign w:val="center"/>
          </w:tcPr>
          <w:p w14:paraId="6C60EA23" w14:textId="3B019E74" w:rsidR="00CB7E42" w:rsidRDefault="00CB7E42" w:rsidP="00304F29">
            <w:pPr>
              <w:spacing w:after="20"/>
              <w:jc w:val="both"/>
            </w:pPr>
          </w:p>
        </w:tc>
      </w:tr>
    </w:tbl>
    <w:p w14:paraId="31A3A6B2" w14:textId="750299FD" w:rsidR="00CB7E42" w:rsidRDefault="00CB7E42">
      <w:pPr>
        <w:spacing w:after="80"/>
        <w:jc w:val="right"/>
        <w:rPr>
          <w:lang w:eastAsia="ja-JP"/>
        </w:rPr>
      </w:pPr>
    </w:p>
    <w:sectPr w:rsidR="00CB7E42" w:rsidSect="00261D3A">
      <w:pgSz w:w="11907" w:h="16840" w:code="9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8A2DD" w14:textId="77777777" w:rsidR="004F7F19" w:rsidRDefault="004F7F19" w:rsidP="004F7F19">
      <w:pPr>
        <w:spacing w:after="0" w:line="240" w:lineRule="auto"/>
      </w:pPr>
      <w:r>
        <w:separator/>
      </w:r>
    </w:p>
  </w:endnote>
  <w:endnote w:type="continuationSeparator" w:id="0">
    <w:p w14:paraId="2C0435C9" w14:textId="77777777" w:rsidR="004F7F19" w:rsidRDefault="004F7F19" w:rsidP="004F7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4453C" w14:textId="77777777" w:rsidR="004F7F19" w:rsidRDefault="004F7F19" w:rsidP="004F7F19">
      <w:pPr>
        <w:spacing w:after="0" w:line="240" w:lineRule="auto"/>
      </w:pPr>
      <w:r>
        <w:separator/>
      </w:r>
    </w:p>
  </w:footnote>
  <w:footnote w:type="continuationSeparator" w:id="0">
    <w:p w14:paraId="65DF8DD8" w14:textId="77777777" w:rsidR="004F7F19" w:rsidRDefault="004F7F19" w:rsidP="004F7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499447">
    <w:abstractNumId w:val="8"/>
  </w:num>
  <w:num w:numId="2" w16cid:durableId="289829065">
    <w:abstractNumId w:val="6"/>
  </w:num>
  <w:num w:numId="3" w16cid:durableId="854265033">
    <w:abstractNumId w:val="5"/>
  </w:num>
  <w:num w:numId="4" w16cid:durableId="1618680087">
    <w:abstractNumId w:val="4"/>
  </w:num>
  <w:num w:numId="5" w16cid:durableId="1307079904">
    <w:abstractNumId w:val="7"/>
  </w:num>
  <w:num w:numId="6" w16cid:durableId="1733842395">
    <w:abstractNumId w:val="3"/>
  </w:num>
  <w:num w:numId="7" w16cid:durableId="1263491459">
    <w:abstractNumId w:val="2"/>
  </w:num>
  <w:num w:numId="8" w16cid:durableId="220023542">
    <w:abstractNumId w:val="1"/>
  </w:num>
  <w:num w:numId="9" w16cid:durableId="952328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CB4"/>
    <w:rsid w:val="00034616"/>
    <w:rsid w:val="0006063C"/>
    <w:rsid w:val="0015074B"/>
    <w:rsid w:val="00261D3A"/>
    <w:rsid w:val="0026729D"/>
    <w:rsid w:val="0029639D"/>
    <w:rsid w:val="002A4567"/>
    <w:rsid w:val="00304F29"/>
    <w:rsid w:val="00316632"/>
    <w:rsid w:val="00326F90"/>
    <w:rsid w:val="004A34AF"/>
    <w:rsid w:val="004F7F19"/>
    <w:rsid w:val="006200E5"/>
    <w:rsid w:val="00762659"/>
    <w:rsid w:val="00AA1D8D"/>
    <w:rsid w:val="00AC5B56"/>
    <w:rsid w:val="00B47730"/>
    <w:rsid w:val="00B763A2"/>
    <w:rsid w:val="00C04342"/>
    <w:rsid w:val="00CB0664"/>
    <w:rsid w:val="00CB7E42"/>
    <w:rsid w:val="00DE0D2E"/>
    <w:rsid w:val="00F8499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2056DC"/>
  <w14:defaultImageDpi w14:val="300"/>
  <w15:docId w15:val="{A88F8804-C2F1-4BB9-9519-F2319E23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6729D"/>
    <w:rPr>
      <w:rFonts w:ascii="ＭＳ 明朝" w:eastAsia="ＭＳ 明朝" w:hAnsi="ＭＳ 明朝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016100</dc:creator>
  <cp:keywords/>
  <dc:description/>
  <cp:lastModifiedBy>016100</cp:lastModifiedBy>
  <cp:revision>6</cp:revision>
  <dcterms:created xsi:type="dcterms:W3CDTF">2026-09-15T10:29:00Z</dcterms:created>
  <dcterms:modified xsi:type="dcterms:W3CDTF">2026-09-16T04:29:00Z</dcterms:modified>
  <cp:category/>
</cp:coreProperties>
</file>